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– מעגלי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זכר ונקבה בשמות קרובי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 ורבים במילים מהשיעור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מהשורש ק־ר־ב ולתרגל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נכדים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דודה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בת דודה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יחיד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(אחיות)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(משפחות)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(מעגלים)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משפחה קרובה כוללת גם אחים ואחיות שגרים באותו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קרובי משפחה שלא גרים איתנו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אנשים קרובים שאינם משפחה יכולים להיות חשובים לנו כמו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ההפך של 'ראשון' הוא 'אחרון'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מעגלי המשפחה מהקרוב ביותר אליי ועד הרחוק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הורים ואחים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סבים, סבתות, דודים ובני 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שכנים וחברים קרובים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המשפחה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מזכיר/ה לפחות שני קרובי משפחה קרובים ומסביר/ה בקצרה מי 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תלמיד/ה בוחר/ת אדם מתאים ונותן/ת סיבה קצרה וברורה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מי נמצא במעגל הקרוב של כל 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זכר/נקבה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שיתוף קצר בין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– מעגלי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הקשורות למשפחה הקרובה ולמשפחה המורחבת, כמו שלמדנו בשיעור על מעגלי הלב.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ההפך של המילה 'קרוב'?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שייכת למשפחת המילים של השורש ק־ר־ב?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הצורה ברבים של המילה 'נכד'?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נכדים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נכדה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נכד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הצורה בנקבה של המילה 'דוד'?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ההפך של המילה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אבא של אמא שלי נקרא סבא, ואשתו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בן של ההורים שלי הוא אח, ובת ההורים שלי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הבן של הדוד שלי נקרא בן דוד, והבת שלו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השכן שלי הוא גבר, והאישה שגרה לידו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אחי אבא נקרא דוד, ואחות אבא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מעגלים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אחיות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קרובה כוללת רק הורים וילדים, ולא אחים ואחיות.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מורחבת כוללת דודים, דודות וסבים.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שכנים לפעמים יכולים להרגיש כמו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המילה 'ראשון' הוא 'שני'.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מעגלי המשפחה מהקרוב ביותר אליי ועד הרחוק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הורים ואחים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שכנים וחברים קרובים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סבים, סבתות, דודים ובני דודים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המשפחה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על בני המשפחה הקרובה שלכם, ומי נמצא במעגל הזה.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על מישהו מהמשפחה המורחבת או משכן/שכנה שמרגיש לכם כמו משפחה,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בנקבה למילה 'סבא'.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ברבים למילה 'אחות'.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הפך למילה 'קרוב'.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לשון – מעגלי המשפחה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