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– מעגלי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זכר ונקבה בשמות קרובי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במילים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מהשורש ק־ר־ב ולתרגל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נכדים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בת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(מעגלים)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משפחה קרובה כוללת גם אחים ואחיות שגרים באותו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קרובי משפחה שלא גרים איתנו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אנשים קרובים שאינם משפחה יכולים להיות חשובים לנו כמו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'ראשון' הוא 'אחרון'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מעגלי המשפחה מהקרוב ביותר אליי ועד הרחוק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הורים ואחים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סבים, סבתות,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שכנים וחברים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מזכיר/ה לפחות שני קרובי משפחה קרובים ומסביר/ה בקצרה מי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בוחר/ת אדם מתאים ונותן/ת סיבה קצרה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מי נמצא במעגל הקרוב של כל 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זכר/נקבה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קצר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– מעגלי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המשפחה שלנו. נתרגל זכר ונקבה, יחיד ורבים, והפכים.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קרובה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הורים, אחים ואחיות שגרים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דודים, דודות, סבים וסבתות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המילה לבן ולבת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או 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דומות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אהבה וחיבור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עם משמעות הפוכה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ההפוכה ל'קרוב'?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ל'קרוב'?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'נכד' כשיש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לאישה שהיא אחות ההורה?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ההפוכה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אבא של אמא שלי נקרא סבא, ואשתו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בן של ההורים שלי הוא אח, ובת ההורים שלי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הבן של הדוד שלי נקרא בן דוד, והבת שלו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השכן שלי הוא גבר, והאישה שגרה לידו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אחי אבא נקרא דוד, ואחות אבא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קרובה כוללת רק הורים וילדים, ולא אחים ואחיות.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כוללת דודים, דודות וסבים.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שכנים לפעמים יכולים להרגיש כמו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המילה 'ראשון' הוא 'שני'.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מעגלי המשפחה מהקרוב ביותר אליי ועד הרחוק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הורים ואחים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סבים, סבתות, דודים ובני דודים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שכנים וחברים קרובים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בני המשפחה הקרובה שלכם, ומי נמצא במעגל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מישהו מהמשפחה המורחבת או משכן/שכנה שמרגיש לכם כמו משפחה,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בנקבה למילה 'סבא'.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ברבים למילה 'אחות'.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למילה 'קרוב'.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– מעגלי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