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– מעגלי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זכר ונקבה בשמות קרובי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 ורבים במילים מהשיעור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מהשורש ק־ר־ב ולתרגל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נכדים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יחיד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(אחיות)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(משפחות)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(מעגלים)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משפחה קרובה כוללת גם אחים ואחיות שגרים באותו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קרובי משפחה שלא גרים איתנו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מעגלי המשפחה מהקרוב ביותר אליי ועד הרחוק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הורים ואחים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סבים, סבתות, דודים ובני דודים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המשפחה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מזכיר/ה לפחות שני קרובי משפחה קרובים ומסביר/ה בקצרה מי 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מי נמצא במעגל הקרוב של כל 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זכר/נקבה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שיתוף קצר בין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– מעגלי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הקשורות למשפחה הקרובה ולמשפחה המורחבת, כמו שלמדנו בשיעור על מעגלי הלב.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אחות  ·  סבתא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ההפך של המילה 'קרוב'?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הצורה ברבים של המילה 'נכד'?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נכדות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נכדים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נכדה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אבא של אמא שלי נקרא סבא, ואשתו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בן של ההורים שלי הוא אח, ובת ההורים שלי היא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אחיות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מעגלים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מעגל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משפחות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משפחה קרובה כוללת רק הורים וילדים, ולא אחים ואחיות.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משפחה מורחבת כוללת דודים, דודות וסבים.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מעגלי המשפחה מהקרוב ביותר אליי ועד הרחוק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סבים, סבתות, דודים ובני דודים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הורים ואחים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על המשפחה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משפטים על בני המשפחה הקרובה שלכם, ומי נמצא במעגל הזה.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בנקבה למילה 'סבא'.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ברבים למילה 'אחות'.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לשון – מעגלי המשפחה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